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keepLines/>
        <w:widowControl/>
        <w:spacing w:before="0" w:after="0"/>
      </w:pPr>
      <w:r>
        <w:rPr>
          <w:b w:val="0"/>
        </w:rPr>
        <w:t>[Vorname Name]</w:t>
      </w:r>
    </w:p>
    <w:p>
      <w:pPr>
        <w:keepNext/>
        <w:keepLines/>
        <w:widowControl/>
        <w:spacing w:before="0" w:after="0"/>
      </w:pPr>
      <w:r>
        <w:rPr>
          <w:b w:val="0"/>
        </w:rPr>
        <w:t>[Strasse Nr.]</w:t>
      </w:r>
    </w:p>
    <w:p>
      <w:pPr>
        <w:keepNext w:val="0"/>
        <w:keepLines/>
        <w:widowControl/>
        <w:spacing w:before="0" w:after="360"/>
      </w:pPr>
      <w:r>
        <w:rPr>
          <w:b w:val="0"/>
        </w:rPr>
        <w:t>[PLZ Ort]</w:t>
      </w:r>
    </w:p>
    <w:p>
      <w:pPr>
        <w:keepNext/>
        <w:keepLines/>
        <w:widowControl/>
        <w:spacing w:before="0" w:after="0"/>
        <w:ind w:left="4819"/>
      </w:pPr>
      <w:r>
        <w:rPr>
          <w:b w:val="0"/>
        </w:rPr>
        <w:t>[Name Vermieterschaft / Verwaltung]</w:t>
      </w:r>
    </w:p>
    <w:p>
      <w:pPr>
        <w:keepNext/>
        <w:keepLines/>
        <w:widowControl/>
        <w:spacing w:before="0" w:after="0"/>
        <w:ind w:left="4819"/>
      </w:pPr>
      <w:r>
        <w:rPr>
          <w:b w:val="0"/>
        </w:rPr>
        <w:t>[Strasse Nr.]</w:t>
      </w:r>
    </w:p>
    <w:p>
      <w:pPr>
        <w:keepNext w:val="0"/>
        <w:keepLines/>
        <w:widowControl/>
        <w:spacing w:before="0" w:after="360"/>
        <w:ind w:left="4819"/>
      </w:pPr>
      <w:r>
        <w:rPr>
          <w:b w:val="0"/>
        </w:rPr>
        <w:t>[PLZ Ort]</w:t>
      </w:r>
    </w:p>
    <w:p>
      <w:pPr>
        <w:keepNext w:val="0"/>
        <w:keepLines/>
        <w:widowControl/>
        <w:spacing w:before="0" w:after="360"/>
      </w:pPr>
      <w:r>
        <w:rPr>
          <w:b w:val="0"/>
        </w:rPr>
        <w:t>[Ort], [Datum]</w:t>
      </w:r>
    </w:p>
    <w:p>
      <w:pPr>
        <w:keepNext/>
        <w:keepLines/>
        <w:widowControl/>
        <w:spacing w:before="0" w:after="240"/>
      </w:pPr>
      <w:r>
        <w:rPr>
          <w:b/>
        </w:rPr>
        <w:t>Anfrage zu den Berechnungsgrundlagen meines Mietzinses – [Adresse Mietobjekt, Stockwerk, Wohnungs-Nr.]</w:t>
      </w:r>
    </w:p>
    <w:p>
      <w:pPr>
        <w:keepNext/>
        <w:keepLines/>
        <w:widowControl/>
        <w:spacing w:before="0" w:after="200"/>
      </w:pPr>
      <w:r>
        <w:rPr>
          <w:b w:val="0"/>
        </w:rPr>
        <w:t>Sehr geehrte Damen und Herren</w:t>
      </w:r>
    </w:p>
    <w:p>
      <w:pPr>
        <w:keepNext/>
        <w:keepLines/>
        <w:widowControl/>
        <w:spacing w:before="0" w:after="120"/>
      </w:pPr>
      <w:r>
        <w:rPr>
          <w:b w:val="0"/>
        </w:rPr>
        <w:t>Gemäss Mietvertrag vom [Datum Mietvertrag] miete ich die oben genannte Wohnung. Um zu prüfen, wie sich die Entwicklung des hypothekarischen Referenzzinssatzes auf meinen Mietzins auswirkt, bitte ich Sie um folgende Angaben:</w:t>
      </w:r>
    </w:p>
    <w:p>
      <w:pPr>
        <w:pStyle w:val="ListNumber"/>
        <w:keepNext w:val="0"/>
        <w:keepLines/>
        <w:widowControl/>
        <w:spacing w:before="0" w:after="60"/>
      </w:pPr>
      <w:r>
        <w:rPr>
          <w:b w:val="0"/>
        </w:rPr>
        <w:t>den Referenzzinssatz, auf dem mein aktueller Nettomietzins beruht;</w:t>
      </w:r>
    </w:p>
    <w:p>
      <w:pPr>
        <w:pStyle w:val="ListNumber"/>
        <w:keepNext w:val="0"/>
        <w:keepLines/>
        <w:widowControl/>
        <w:spacing w:before="0" w:after="60"/>
      </w:pPr>
      <w:r>
        <w:rPr>
          <w:b w:val="0"/>
        </w:rPr>
        <w:t>den Stand des Landesindexes der Konsumentenpreise (Indexstand, Basis und Monat), der bei der letzten Mietzinsfestsetzung berücksichtigt wurde;</w:t>
      </w:r>
    </w:p>
    <w:p>
      <w:pPr>
        <w:pStyle w:val="ListNumber"/>
        <w:keepNext w:val="0"/>
        <w:keepLines/>
        <w:widowControl/>
        <w:spacing w:before="0" w:after="60"/>
      </w:pPr>
      <w:r>
        <w:rPr>
          <w:b w:val="0"/>
        </w:rPr>
        <w:t>das Datum der letzten Mietzinsfestsetzung und den damals festgesetzten Nettomietzins;</w:t>
      </w:r>
    </w:p>
    <w:p>
      <w:pPr>
        <w:pStyle w:val="ListNumber"/>
        <w:keepNext w:val="0"/>
        <w:keepLines/>
        <w:widowControl/>
        <w:spacing w:before="0" w:after="200"/>
      </w:pPr>
      <w:r>
        <w:rPr>
          <w:b w:val="0"/>
        </w:rPr>
        <w:t>allfällige Vorbehalte, die bei einer früheren Mietzinsfestsetzung angebracht wurden.</w:t>
      </w:r>
    </w:p>
    <w:p>
      <w:pPr>
        <w:keepNext w:val="0"/>
        <w:keepLines/>
        <w:widowControl/>
        <w:spacing w:before="0" w:after="200"/>
      </w:pPr>
      <w:r>
        <w:rPr>
          <w:b w:val="0"/>
        </w:rPr>
        <w:t>Ich danke Ihnen für Ihre schriftliche Antwort bis zum [Antwortdatum]. Diese Anfrage stellt keinen Verzicht auf meine Rechte dar, insbesondere nicht auf ein Herabsetzungsbegehren nach Art. 270a OR.</w:t>
      </w:r>
    </w:p>
    <w:p>
      <w:pPr>
        <w:keepNext/>
        <w:keepLines/>
        <w:widowControl/>
        <w:spacing w:before="0" w:after="0"/>
      </w:pPr>
      <w:r>
        <w:rPr>
          <w:b w:val="0"/>
        </w:rPr>
        <w:t>Freundliche Grüsse</w:t>
      </w:r>
    </w:p>
    <w:p>
      <w:pPr>
        <w:keepNext/>
        <w:keepLines/>
        <w:widowControl/>
        <w:spacing w:before="0" w:after="0"/>
      </w:pPr>
    </w:p>
    <w:p>
      <w:pPr>
        <w:keepNext/>
        <w:keepLines/>
        <w:widowControl/>
        <w:spacing w:before="0" w:after="0"/>
      </w:pPr>
    </w:p>
    <w:p>
      <w:pPr>
        <w:keepNext/>
        <w:keepLines/>
        <w:widowControl/>
        <w:spacing w:before="0" w:after="0"/>
      </w:pPr>
      <w:r>
        <w:rPr>
          <w:b w:val="0"/>
        </w:rPr>
        <w:t>[Unterschrift aller Mietparteien]</w:t>
      </w:r>
    </w:p>
    <w:p>
      <w:pPr>
        <w:keepNext w:val="0"/>
        <w:keepLines/>
        <w:widowControl/>
        <w:spacing w:before="0" w:after="0"/>
      </w:pPr>
      <w:r>
        <w:rPr>
          <w:b w:val="0"/>
        </w:rPr>
        <w:t>[Vorname Name aller Mietparteien]</w:t>
      </w:r>
    </w:p>
    <w:p>
      <w:r>
        <w:br w:type="page"/>
      </w:r>
    </w:p>
    <w:p>
      <w:pPr>
        <w:keepNext/>
        <w:keepLines/>
        <w:widowControl/>
        <w:spacing w:before="0" w:after="80"/>
      </w:pPr>
      <w:r>
        <w:rPr>
          <w:b/>
          <w:sz w:val="26"/>
        </w:rPr>
        <w:t>Hinweise zur Vorlage – nicht Teil des Briefes, vor dem Versand entfernen</w:t>
      </w:r>
    </w:p>
    <w:p>
      <w:pPr>
        <w:keepNext/>
        <w:keepLines/>
        <w:widowControl/>
        <w:spacing w:before="0" w:after="40"/>
      </w:pPr>
      <w:r>
        <w:rPr>
          <w:b/>
        </w:rPr>
        <w:t>Vorlage Anfrage zu den Berechnungsgrundlagen des Mietzinses (Referenzzinssatz)</w:t>
      </w:r>
    </w:p>
    <w:p>
      <w:pPr>
        <w:keepNext w:val="0"/>
        <w:keepLines/>
        <w:widowControl/>
        <w:spacing w:before="0" w:after="200"/>
      </w:pPr>
      <w:r>
        <w:rPr>
          <w:b w:val="0"/>
          <w:color w:val="555555"/>
          <w:sz w:val="18"/>
        </w:rPr>
        <w:t>Stand: 26.09.2026 · Kostenlose Vorlage von Mietzinssenker.ch · Anleitung: https://www.mietzinssenker.ch/ratgeber/referenzzinssatz-mietvertrag</w:t>
      </w:r>
    </w:p>
    <w:p>
      <w:pPr>
        <w:pStyle w:val="ListBullet"/>
        <w:keepNext w:val="0"/>
        <w:keepLines/>
        <w:widowControl/>
        <w:spacing w:before="0" w:after="80"/>
      </w:pPr>
      <w:r>
        <w:rPr>
          <w:b w:val="0"/>
        </w:rPr>
        <w:t>Wozu diese Anfrage: Sie hilft, die Grundlagen deines Mietzinses zu klären, bevor du ein Herabsetzungsbegehren stellst. Die Angaben stehen oft bereits im Mietvertrag oder im Formular der letzten Mietzinsanpassung; prüfe diese Unterlagen zuerst.</w:t>
      </w:r>
    </w:p>
    <w:p>
      <w:pPr>
        <w:pStyle w:val="ListBullet"/>
        <w:keepNext w:val="0"/>
        <w:keepLines/>
        <w:widowControl/>
        <w:spacing w:before="0" w:after="80"/>
      </w:pPr>
      <w:r>
        <w:rPr>
          <w:b w:val="0"/>
        </w:rPr>
        <w:t>Keine Fristwahrung: Die Anfrage ist kein Herabsetzungsbegehren. Sie sichert weder einen Kündigungstermin noch verlängert sie eine Frist. Ist der nächste Kündigungstermin nahe, sende direkt das Herabsetzungsbegehren; es enthält ebenfalls die Bitte um diese Angaben.</w:t>
      </w:r>
    </w:p>
    <w:p>
      <w:pPr>
        <w:pStyle w:val="ListBullet"/>
        <w:keepNext w:val="0"/>
        <w:keepLines/>
        <w:widowControl/>
        <w:spacing w:before="0" w:after="80"/>
      </w:pPr>
      <w:r>
        <w:rPr>
          <w:b w:val="0"/>
        </w:rPr>
        <w:t>Antwortdatum: Wähle eine angemessene Frist, z. B. zwei bis vier Wochen. Für diese Anfrage gibt es keine gesetzliche Antwortfrist.</w:t>
      </w:r>
    </w:p>
    <w:p>
      <w:pPr>
        <w:pStyle w:val="ListBullet"/>
        <w:keepNext w:val="0"/>
        <w:keepLines/>
        <w:widowControl/>
        <w:spacing w:before="0" w:after="80"/>
      </w:pPr>
      <w:r>
        <w:rPr>
          <w:b w:val="0"/>
        </w:rPr>
        <w:t>Versand: Schriftlich, am besten mit Zustellnachweis. Bewahre eine Kopie auf.</w:t>
      </w:r>
    </w:p>
    <w:p>
      <w:pPr>
        <w:pStyle w:val="ListBullet"/>
        <w:keepNext w:val="0"/>
        <w:keepLines/>
        <w:widowControl/>
        <w:spacing w:before="0" w:after="80"/>
      </w:pPr>
      <w:r>
        <w:rPr>
          <w:b w:val="0"/>
        </w:rPr>
        <w:t>Ersetze alle Angaben in eckigen Klammern durch deine eigenen Daten und lösche nicht zutreffende Sätze. Setze keine Zahlen ein, die du nicht belegen kannst.</w:t>
      </w:r>
    </w:p>
    <w:p>
      <w:pPr>
        <w:pStyle w:val="ListBullet"/>
        <w:keepNext w:val="0"/>
        <w:keepLines/>
        <w:widowControl/>
        <w:spacing w:before="0" w:after="80"/>
      </w:pPr>
      <w:r>
        <w:rPr>
          <w:b w:val="0"/>
        </w:rPr>
        <w:t>Allgemeine Hilfestellung, keine Rechtsberatung und keine Garantie für ein bestimmtes Ergebnis. Die Vorlage wurde nicht im Einzelfall juristisch geprüft. Prüfe die Angaben für deinen Fall und lass dich bei Unsicherheit beraten, z. B. beim Mieterinnen- und Mieterverband oder bei der Schlichtungsbehörde deines Kantons.</w:t>
      </w:r>
    </w:p>
    <w:p>
      <w:pPr>
        <w:keepNext/>
        <w:keepLines/>
        <w:widowControl/>
        <w:spacing w:before="160" w:after="80"/>
      </w:pPr>
      <w:r>
        <w:rPr>
          <w:b/>
        </w:rPr>
        <w:t>Quellen</w:t>
      </w:r>
    </w:p>
    <w:p>
      <w:pPr>
        <w:keepNext w:val="0"/>
        <w:keepLines/>
        <w:widowControl/>
        <w:spacing w:before="0" w:after="40"/>
      </w:pPr>
      <w:r>
        <w:rPr>
          <w:b w:val="0"/>
          <w:color w:val="555555"/>
          <w:sz w:val="18"/>
        </w:rPr>
        <w:t>Art. 270a OR (Herabsetzungsbegehren), fedlex.admin.ch: https://www.fedlex.admin.ch/eli/cc/27/317_321_377/de#art_270_a</w:t>
      </w:r>
    </w:p>
    <w:p>
      <w:pPr>
        <w:keepNext w:val="0"/>
        <w:keepLines/>
        <w:widowControl/>
        <w:spacing w:before="0" w:after="40"/>
      </w:pPr>
      <w:r>
        <w:rPr>
          <w:b w:val="0"/>
          <w:color w:val="555555"/>
          <w:sz w:val="18"/>
        </w:rPr>
        <w:t>Bundesamt für Wohnungswesen BWO: Hypothekarischer Referenzzinssatz: https://www.bwo.admin.ch/bwo/de/home/mietrecht/referenzzinssatz.html</w:t>
      </w:r>
    </w:p>
    <w:sectPr w:rsidR="00FC693F" w:rsidRPr="0006063C" w:rsidSect="00034616">
      <w:pgSz w:w="11906" w:h="16838"/>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pPr>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rial" w:hAnsi="Arial"/>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Vorlage Anfrage zu den Berechnungsgrundlagen des Mietzinses (Referenzzinssatz)</dc:title>
  <dc:subject>Kostenlose Vorlage, allgemeine Hilfestellung ohne Rechtsberatung</dc:subject>
  <dc:creator>Mietzinssenker.ch</dc:creator>
  <cp:keywords>Anfrage Berechnungsgrundlagen und Referenzzinssatz</cp:keywords>
  <dc:description>generated by python-docx</dc:description>
  <cp:lastModifiedBy>Mietzinssenker.ch</cp:lastModifiedBy>
  <cp:revision>1</cp:revision>
  <dcterms:created xsi:type="dcterms:W3CDTF">2026-09-26T00:00:00Z</dcterms:created>
  <dcterms:modified xsi:type="dcterms:W3CDTF">2026-09-26T00:00:00Z</dcterms:modified>
  <cp:category/>
  <dc:language>de-CH</dc:language>
  <cp:lastPrinted>2026-09-26T00:00:00Z</cp:lastPrinted>
</cp:coreProperties>
</file>