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widowControl/>
        <w:spacing w:before="0" w:after="0"/>
      </w:pPr>
      <w:r>
        <w:rPr>
          <w:b w:val="0"/>
        </w:rPr>
        <w:t>[Vorname Name]</w:t>
      </w:r>
    </w:p>
    <w:p>
      <w:pPr>
        <w:keepNext/>
        <w:keepLines/>
        <w:widowControl/>
        <w:spacing w:before="0" w:after="0"/>
      </w:pPr>
      <w:r>
        <w:rPr>
          <w:b w:val="0"/>
        </w:rPr>
        <w:t>[Strasse Nr.]</w:t>
      </w:r>
    </w:p>
    <w:p>
      <w:pPr>
        <w:keepNext w:val="0"/>
        <w:keepLines/>
        <w:widowControl/>
        <w:spacing w:before="0" w:after="360"/>
      </w:pPr>
      <w:r>
        <w:rPr>
          <w:b w:val="0"/>
        </w:rPr>
        <w:t>[PLZ Ort]</w:t>
      </w:r>
    </w:p>
    <w:p>
      <w:pPr>
        <w:keepNext/>
        <w:keepLines/>
        <w:widowControl/>
        <w:spacing w:before="0" w:after="0"/>
        <w:ind w:left="4819"/>
      </w:pPr>
      <w:r>
        <w:rPr>
          <w:b w:val="0"/>
        </w:rPr>
        <w:t>Einschreiben</w:t>
      </w:r>
    </w:p>
    <w:p>
      <w:pPr>
        <w:keepNext/>
        <w:keepLines/>
        <w:widowControl/>
        <w:spacing w:before="0" w:after="0"/>
        <w:ind w:left="4819"/>
      </w:pPr>
      <w:r>
        <w:rPr>
          <w:b w:val="0"/>
        </w:rPr>
        <w:t>[Name Vermieterschaft / Verwaltung]</w:t>
      </w:r>
    </w:p>
    <w:p>
      <w:pPr>
        <w:keepNext/>
        <w:keepLines/>
        <w:widowControl/>
        <w:spacing w:before="0" w:after="0"/>
        <w:ind w:left="4819"/>
      </w:pPr>
      <w:r>
        <w:rPr>
          <w:b w:val="0"/>
        </w:rPr>
        <w:t>[Strasse Nr.]</w:t>
      </w:r>
    </w:p>
    <w:p>
      <w:pPr>
        <w:keepNext w:val="0"/>
        <w:keepLines/>
        <w:widowControl/>
        <w:spacing w:before="0" w:after="360"/>
        <w:ind w:left="4819"/>
      </w:pPr>
      <w:r>
        <w:rPr>
          <w:b w:val="0"/>
        </w:rPr>
        <w:t>[PLZ Ort]</w:t>
      </w:r>
    </w:p>
    <w:p>
      <w:pPr>
        <w:keepNext w:val="0"/>
        <w:keepLines/>
        <w:widowControl/>
        <w:spacing w:before="0" w:after="360"/>
      </w:pPr>
      <w:r>
        <w:rPr>
          <w:b w:val="0"/>
        </w:rPr>
        <w:t>[Ort], [Datum]</w:t>
      </w:r>
    </w:p>
    <w:p>
      <w:pPr>
        <w:keepNext/>
        <w:keepLines/>
        <w:widowControl/>
        <w:spacing w:before="0" w:after="240"/>
      </w:pPr>
      <w:r>
        <w:rPr>
          <w:b/>
        </w:rPr>
        <w:t>Ihr Schreiben vom [Datum] zu meinem Herabsetzungsbegehren vom [Datum] – [Adresse Mietobjekt, Stockwerk, Wohnungs-Nr.]</w:t>
      </w:r>
    </w:p>
    <w:p>
      <w:pPr>
        <w:keepNext/>
        <w:keepLines/>
        <w:widowControl/>
        <w:spacing w:before="0" w:after="200"/>
      </w:pPr>
      <w:r>
        <w:rPr>
          <w:b w:val="0"/>
        </w:rPr>
        <w:t>Sehr geehrte Damen und Herren</w:t>
      </w:r>
    </w:p>
    <w:p>
      <w:pPr>
        <w:keepNext w:val="0"/>
        <w:keepLines/>
        <w:widowControl/>
        <w:spacing w:before="0" w:after="200"/>
      </w:pPr>
      <w:r>
        <w:rPr>
          <w:b w:val="0"/>
        </w:rPr>
        <w:t>Besten Dank für Ihr Schreiben vom [Datum]. Sie entsprechen meinem Herabsetzungsbegehren [nicht / nur teilweise] und machen [Gegenpositionen gemäss Ihrem Schreiben, z. B. Teuerung, allgemeine Kostensteigerungen, wertvermehrende Investitionen] geltend.</w:t>
      </w:r>
    </w:p>
    <w:p>
      <w:pPr>
        <w:keepNext/>
        <w:keepLines/>
        <w:widowControl/>
        <w:spacing w:before="0" w:after="120"/>
      </w:pPr>
      <w:r>
        <w:rPr>
          <w:b w:val="0"/>
        </w:rPr>
        <w:t>Mit dieser Gegenrechnung bin ich [nicht / nur teilweise] einverstanden. Damit ich sie nachvollziehen kann, bitte ich Sie um folgende Angaben und Belege:</w:t>
      </w:r>
    </w:p>
    <w:p>
      <w:pPr>
        <w:pStyle w:val="ListNumber"/>
        <w:keepNext w:val="0"/>
        <w:keepLines/>
        <w:widowControl/>
        <w:spacing w:before="0" w:after="60"/>
      </w:pPr>
      <w:r>
        <w:rPr>
          <w:b w:val="0"/>
        </w:rPr>
        <w:t>die Berechnung der Teuerung mit dem Indexstand bei der letzten Mietzinsfestsetzung und dem heute verwendeten Indexstand;</w:t>
      </w:r>
    </w:p>
    <w:p>
      <w:pPr>
        <w:pStyle w:val="ListNumber"/>
        <w:keepNext w:val="0"/>
        <w:keepLines/>
        <w:widowControl/>
        <w:spacing w:before="0" w:after="60"/>
      </w:pPr>
      <w:r>
        <w:rPr>
          <w:b w:val="0"/>
        </w:rPr>
        <w:t>die Berechnung und Begründung der geltend gemachten Kostensteigerungen für den massgebenden Zeitraum;</w:t>
      </w:r>
    </w:p>
    <w:p>
      <w:pPr>
        <w:pStyle w:val="ListNumber"/>
        <w:keepNext w:val="0"/>
        <w:keepLines/>
        <w:widowControl/>
        <w:spacing w:before="0" w:after="60"/>
      </w:pPr>
      <w:r>
        <w:rPr>
          <w:b w:val="0"/>
        </w:rPr>
        <w:t>bei wertvermehrenden Investitionen: Art, Zeitpunkt und Kosten der Arbeiten sowie die Berechnung des Mietzinsanteils;</w:t>
      </w:r>
    </w:p>
    <w:p>
      <w:pPr>
        <w:pStyle w:val="ListNumber"/>
        <w:keepNext w:val="0"/>
        <w:keepLines/>
        <w:widowControl/>
        <w:spacing w:before="0" w:after="200"/>
      </w:pPr>
      <w:r>
        <w:rPr>
          <w:b w:val="0"/>
        </w:rPr>
        <w:t>[weitere Punkte oder streichen].</w:t>
      </w:r>
    </w:p>
    <w:p>
      <w:pPr>
        <w:keepNext w:val="0"/>
        <w:keepLines/>
        <w:widowControl/>
        <w:spacing w:before="0" w:after="200"/>
      </w:pPr>
      <w:r>
        <w:rPr>
          <w:b w:val="0"/>
        </w:rPr>
        <w:t>Dieses Schreiben ändert nichts an den gesetzlichen Fristen. Zur Wahrung meiner Rechte werde ich die Schlichtungsbehörde in Mietsachen innert der Frist von Art. 270a Abs. 2 OR anrufen, sofern bis dahin keine schriftliche Einigung vorliegt.</w:t>
      </w:r>
    </w:p>
    <w:p>
      <w:pPr>
        <w:keepNext/>
        <w:keepLines/>
        <w:widowControl/>
        <w:spacing w:before="0" w:after="0"/>
      </w:pPr>
      <w:r>
        <w:rPr>
          <w:b w:val="0"/>
        </w:rPr>
        <w:t>Freundliche Grüsse</w:t>
      </w:r>
    </w:p>
    <w:p>
      <w:pPr>
        <w:keepNext/>
        <w:keepLines/>
        <w:widowControl/>
        <w:spacing w:before="0" w:after="0"/>
      </w:pPr>
    </w:p>
    <w:p>
      <w:pPr>
        <w:keepNext/>
        <w:keepLines/>
        <w:widowControl/>
        <w:spacing w:before="0" w:after="0"/>
      </w:pPr>
    </w:p>
    <w:p>
      <w:pPr>
        <w:keepNext/>
        <w:keepLines/>
        <w:widowControl/>
        <w:spacing w:before="0" w:after="0"/>
      </w:pPr>
      <w:r>
        <w:rPr>
          <w:b w:val="0"/>
        </w:rPr>
        <w:t>[Unterschrift aller Mietparteien]</w:t>
      </w:r>
    </w:p>
    <w:p>
      <w:pPr>
        <w:keepNext w:val="0"/>
        <w:keepLines/>
        <w:widowControl/>
        <w:spacing w:before="0" w:after="0"/>
      </w:pPr>
      <w:r>
        <w:rPr>
          <w:b w:val="0"/>
        </w:rPr>
        <w:t>[Vorname Name aller Mietparteien]</w:t>
      </w:r>
    </w:p>
    <w:p>
      <w:r>
        <w:br w:type="page"/>
      </w:r>
    </w:p>
    <w:p>
      <w:pPr>
        <w:keepNext/>
        <w:keepLines/>
        <w:widowControl/>
        <w:spacing w:before="0" w:after="80"/>
      </w:pPr>
      <w:r>
        <w:rPr>
          <w:b/>
          <w:sz w:val="26"/>
        </w:rPr>
        <w:t>Hinweise zur Vorlage – nicht Teil des Briefes, vor dem Versand entfernen</w:t>
      </w:r>
    </w:p>
    <w:p>
      <w:pPr>
        <w:keepNext/>
        <w:keepLines/>
        <w:widowControl/>
        <w:spacing w:before="0" w:after="40"/>
      </w:pPr>
      <w:r>
        <w:rPr>
          <w:b/>
        </w:rPr>
        <w:t>Vorlage Antwort auf eine Gegenrechnung der Vermieterschaft</w:t>
      </w:r>
    </w:p>
    <w:p>
      <w:pPr>
        <w:keepNext w:val="0"/>
        <w:keepLines/>
        <w:widowControl/>
        <w:spacing w:before="0" w:after="200"/>
      </w:pPr>
      <w:r>
        <w:rPr>
          <w:b w:val="0"/>
          <w:color w:val="555555"/>
          <w:sz w:val="18"/>
        </w:rPr>
        <w:t>Stand: 26.09.2026 · Kostenlose Vorlage von Mietzinssenker.ch · Anleitung: https://www.mietzinssenker.ch/ratgeber/mietzinssenkung-abgelehnt</w:t>
      </w:r>
    </w:p>
    <w:p>
      <w:pPr>
        <w:pStyle w:val="ListBullet"/>
        <w:keepNext w:val="0"/>
        <w:keepLines/>
        <w:widowControl/>
        <w:spacing w:before="0" w:after="80"/>
      </w:pPr>
      <w:r>
        <w:rPr>
          <w:b w:val="0"/>
        </w:rPr>
        <w:t>WICHTIG: Dieses Schreiben stoppt oder verlängert die Frist zur Anrufung der Schlichtungsbehörde NICHT. Die 30-tägige Frist nach Art. 270a Abs. 2 OR läuft ab Erhalt der ablehnenden oder nur teilweise zustimmenden Antwort der Vermieterschaft weiter, auch wenn du Unterlagen verlangst und noch keine Antwort hast.</w:t>
      </w:r>
    </w:p>
    <w:p>
      <w:pPr>
        <w:pStyle w:val="ListBullet"/>
        <w:keepNext w:val="0"/>
        <w:keepLines/>
        <w:widowControl/>
        <w:spacing w:before="0" w:after="80"/>
      </w:pPr>
      <w:r>
        <w:rPr>
          <w:b w:val="0"/>
        </w:rPr>
        <w:t>Reiche das Schlichtungsgesuch deshalb rechtzeitig ein, auch wenn die verlangten Belege fehlen. Das Verfahren vor der Schlichtungsbehörde ist in Mietsachen in der Regel kostenlos. Die Belege kannst du dort ebenfalls verlangen.</w:t>
      </w:r>
    </w:p>
    <w:p>
      <w:pPr>
        <w:pStyle w:val="ListBullet"/>
        <w:keepNext w:val="0"/>
        <w:keepLines/>
        <w:widowControl/>
        <w:spacing w:before="0" w:after="80"/>
      </w:pPr>
      <w:r>
        <w:rPr>
          <w:b w:val="0"/>
        </w:rPr>
        <w:t>Frist berechnen: Rechne vorsichtig ab dem frühesten möglichen Empfangsdatum der Antwort, bei einem Einschreiben also ab dem Tag, an dem die Abholungseinladung im Briefkasten lag. Kläre die Frist im Zweifel bei der Schlichtungsbehörde.</w:t>
      </w:r>
    </w:p>
    <w:p>
      <w:pPr>
        <w:pStyle w:val="ListBullet"/>
        <w:keepNext w:val="0"/>
        <w:keepLines/>
        <w:widowControl/>
        <w:spacing w:before="0" w:after="80"/>
      </w:pPr>
      <w:r>
        <w:rPr>
          <w:b w:val="0"/>
        </w:rPr>
        <w:t>Setze bei den Gegenpositionen nur ein, was die Vermieterschaft tatsächlich geltend gemacht hat. Lösche nicht zutreffende Punkte der Liste.</w:t>
      </w:r>
    </w:p>
    <w:p>
      <w:pPr>
        <w:pStyle w:val="ListBullet"/>
        <w:keepNext w:val="0"/>
        <w:keepLines/>
        <w:widowControl/>
        <w:spacing w:before="0" w:after="80"/>
      </w:pPr>
      <w:r>
        <w:rPr>
          <w:b w:val="0"/>
        </w:rPr>
        <w:t>Zahle den Mietzins bis zu einer Einigung oder einem Entscheid weiterhin vollständig. Kürze oder behalte den Mietzins nicht eigenmächtig zurück.</w:t>
      </w:r>
    </w:p>
    <w:p>
      <w:pPr>
        <w:pStyle w:val="ListBullet"/>
        <w:keepNext w:val="0"/>
        <w:keepLines/>
        <w:widowControl/>
        <w:spacing w:before="0" w:after="80"/>
      </w:pPr>
      <w:r>
        <w:rPr>
          <w:b w:val="0"/>
        </w:rPr>
        <w:t>Ersetze alle Angaben in eckigen Klammern durch deine eigenen Daten und lösche nicht zutreffende Sätze. Setze keine Zahlen ein, die du nicht belegen kannst.</w:t>
      </w:r>
    </w:p>
    <w:p>
      <w:pPr>
        <w:pStyle w:val="ListBullet"/>
        <w:keepNext w:val="0"/>
        <w:keepLines/>
        <w:widowControl/>
        <w:spacing w:before="0" w:after="80"/>
      </w:pPr>
      <w:r>
        <w:rPr>
          <w:b w:val="0"/>
        </w:rPr>
        <w:t>Allgemeine Hilfestellung, keine Rechtsberatung und keine Garantie für ein bestimmtes Ergebnis. Die Vorlage wurde nicht im Einzelfall juristisch geprüft. Prüfe die Angaben für deinen Fall und lass dich bei Unsicherheit beraten, z. B. beim Mieterinnen- und Mieterverband oder bei der Schlichtungsbehörde deines Kantons.</w:t>
      </w:r>
    </w:p>
    <w:p>
      <w:pPr>
        <w:keepNext/>
        <w:keepLines/>
        <w:widowControl/>
        <w:spacing w:before="160" w:after="80"/>
      </w:pPr>
      <w:r>
        <w:rPr>
          <w:b/>
        </w:rPr>
        <w:t>Quellen</w:t>
      </w:r>
    </w:p>
    <w:p>
      <w:pPr>
        <w:keepNext w:val="0"/>
        <w:keepLines/>
        <w:widowControl/>
        <w:spacing w:before="0" w:after="40"/>
      </w:pPr>
      <w:r>
        <w:rPr>
          <w:b w:val="0"/>
          <w:color w:val="555555"/>
          <w:sz w:val="18"/>
        </w:rPr>
        <w:t>Art. 270a OR (Herabsetzungsbegehren), fedlex.admin.ch: https://www.fedlex.admin.ch/eli/cc/27/317_321_377/de#art_270_a</w:t>
      </w:r>
    </w:p>
    <w:p>
      <w:pPr>
        <w:keepNext w:val="0"/>
        <w:keepLines/>
        <w:widowControl/>
        <w:spacing w:before="0" w:after="40"/>
      </w:pPr>
      <w:r>
        <w:rPr>
          <w:b w:val="0"/>
          <w:color w:val="555555"/>
          <w:sz w:val="18"/>
        </w:rPr>
        <w:t>Mieterinnen- und Mieterverband: Mietzinssenkung: https://www.mieterverband.ch/mietrecht/waehrend-der-miete/mietzinssenkung/</w:t>
      </w:r>
    </w:p>
    <w:sectPr w:rsidR="00FC693F" w:rsidRPr="0006063C" w:rsidSect="00034616">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Antwort auf eine Gegenrechnung der Vermieterschaft</dc:title>
  <dc:subject>Kostenlose Vorlage, allgemeine Hilfestellung ohne Rechtsberatung</dc:subject>
  <dc:creator>Mietzinssenker.ch</dc:creator>
  <cp:keywords>Antwort auf Gegenrechnung (Teuerung, Kostensteigerung)</cp:keywords>
  <dc:description>generated by python-docx</dc:description>
  <cp:lastModifiedBy>Mietzinssenker.ch</cp:lastModifiedBy>
  <cp:revision>1</cp:revision>
  <dcterms:created xsi:type="dcterms:W3CDTF">2026-09-26T00:00:00Z</dcterms:created>
  <dcterms:modified xsi:type="dcterms:W3CDTF">2026-09-26T00:00:00Z</dcterms:modified>
  <cp:category/>
  <dc:language>de-CH</dc:language>
  <cp:lastPrinted>2026-09-26T00:00:00Z</cp:lastPrinted>
</cp:coreProperties>
</file>